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102A9" w14:textId="280087D1" w:rsidR="008D10FE" w:rsidRDefault="0036761F">
      <w:pPr>
        <w:jc w:val="center"/>
      </w:pPr>
      <w:r>
        <w:rPr>
          <w:b/>
          <w:sz w:val="36"/>
        </w:rPr>
        <w:t>Warm Up</w:t>
      </w:r>
      <w:r w:rsidR="009C4256">
        <w:rPr>
          <w:b/>
          <w:sz w:val="36"/>
        </w:rPr>
        <w:t xml:space="preserve"> – Plyos – Accel - Max V Cues</w:t>
      </w:r>
      <w:r>
        <w:rPr>
          <w:b/>
          <w:sz w:val="36"/>
        </w:rPr>
        <w:t xml:space="preserve"> Guide</w:t>
      </w:r>
      <w:r w:rsidR="009C4256">
        <w:rPr>
          <w:b/>
          <w:sz w:val="36"/>
        </w:rPr>
        <w:t>/Cues</w:t>
      </w:r>
    </w:p>
    <w:p w14:paraId="5D400AD3" w14:textId="77777777" w:rsidR="008D10FE" w:rsidRDefault="00000000">
      <w:pPr>
        <w:pStyle w:val="Heading1"/>
      </w:pPr>
      <w:r>
        <w:t>Dynamic Warm-Up (All Sessions)</w:t>
      </w:r>
    </w:p>
    <w:p w14:paraId="7CEC1D09" w14:textId="1D551119" w:rsidR="008D10FE" w:rsidRPr="009C4256" w:rsidRDefault="00000000">
      <w:r w:rsidRPr="009C4256">
        <w:rPr>
          <w:b/>
        </w:rPr>
        <w:t xml:space="preserve">Goal: </w:t>
      </w:r>
      <w:r w:rsidRPr="009C4256">
        <w:t xml:space="preserve">Raise core temperature, prime elastic tissues, and rehearse mechanics. </w:t>
      </w:r>
    </w:p>
    <w:p w14:paraId="4A1699DF" w14:textId="79A484E8" w:rsidR="003A0244" w:rsidRDefault="003A0244" w:rsidP="003A0244">
      <w:pPr>
        <w:pStyle w:val="Heading2"/>
      </w:pPr>
      <w:r>
        <w:t xml:space="preserve">Phase A – March/Drill Prep </w:t>
      </w:r>
      <w:r w:rsidR="002E41E4">
        <w:t>(perform each for 2 x 20-30m)</w:t>
      </w:r>
    </w:p>
    <w:p w14:paraId="3092CCF7" w14:textId="633A7CB0" w:rsidR="002E41E4" w:rsidRPr="009C4256" w:rsidRDefault="003A0244" w:rsidP="003A0244">
      <w:pPr>
        <w:pStyle w:val="ListParagraph"/>
        <w:numPr>
          <w:ilvl w:val="0"/>
          <w:numId w:val="13"/>
        </w:numPr>
      </w:pPr>
      <w:r w:rsidRPr="009C4256">
        <w:t>A-march</w:t>
      </w:r>
      <w:r w:rsidR="002E41E4" w:rsidRPr="009C4256">
        <w:t xml:space="preserve"> </w:t>
      </w:r>
    </w:p>
    <w:p w14:paraId="587E2BDB" w14:textId="18A4F3E4" w:rsidR="008829A5" w:rsidRPr="009C4256" w:rsidRDefault="008829A5" w:rsidP="008829A5">
      <w:pPr>
        <w:pStyle w:val="ListParagraph"/>
        <w:numPr>
          <w:ilvl w:val="1"/>
          <w:numId w:val="13"/>
        </w:numPr>
      </w:pPr>
      <w:r w:rsidRPr="009C4256">
        <w:t xml:space="preserve"> Lift thigh to hip height, dorsiflex the foot (toes up) – heel to glute - step over and down opposite knee</w:t>
      </w:r>
    </w:p>
    <w:p w14:paraId="6019DCEC" w14:textId="06F795CD" w:rsidR="003A0244" w:rsidRPr="009C4256" w:rsidRDefault="003A0244" w:rsidP="003A0244">
      <w:pPr>
        <w:pStyle w:val="ListParagraph"/>
        <w:numPr>
          <w:ilvl w:val="0"/>
          <w:numId w:val="13"/>
        </w:numPr>
      </w:pPr>
      <w:r w:rsidRPr="009C4256">
        <w:t xml:space="preserve">B-march </w:t>
      </w:r>
    </w:p>
    <w:p w14:paraId="403BCF57" w14:textId="724A0D20" w:rsidR="008829A5" w:rsidRPr="009C4256" w:rsidRDefault="008829A5" w:rsidP="008829A5">
      <w:pPr>
        <w:pStyle w:val="ListParagraph"/>
        <w:numPr>
          <w:ilvl w:val="1"/>
          <w:numId w:val="13"/>
        </w:numPr>
      </w:pPr>
      <w:r w:rsidRPr="009C4256">
        <w:t>Knee up – toe up – thigh at maximum - extend the leg forward - pull foot back (“paw-back”) beneath hips – stay tall</w:t>
      </w:r>
    </w:p>
    <w:p w14:paraId="329698B8" w14:textId="77777777" w:rsidR="002E41E4" w:rsidRPr="009C4256" w:rsidRDefault="003A0244" w:rsidP="003A0244">
      <w:pPr>
        <w:pStyle w:val="ListParagraph"/>
        <w:numPr>
          <w:ilvl w:val="0"/>
          <w:numId w:val="13"/>
        </w:numPr>
      </w:pPr>
      <w:r w:rsidRPr="009C4256">
        <w:t>A-skips</w:t>
      </w:r>
    </w:p>
    <w:p w14:paraId="2F90EA0B" w14:textId="1054DD73" w:rsidR="008829A5" w:rsidRPr="009C4256" w:rsidRDefault="008829A5" w:rsidP="008829A5">
      <w:pPr>
        <w:pStyle w:val="ListParagraph"/>
        <w:numPr>
          <w:ilvl w:val="1"/>
          <w:numId w:val="13"/>
        </w:numPr>
      </w:pPr>
      <w:r w:rsidRPr="009C4256">
        <w:t>A March Mechanics - Add a small hop off the support leg - Drive the knee up, hop once, then hop again as recovery foot lands. Keep toes up – Chest Tall</w:t>
      </w:r>
    </w:p>
    <w:p w14:paraId="5B3D2C90" w14:textId="378BBDA8" w:rsidR="003A0244" w:rsidRPr="009C4256" w:rsidRDefault="003A0244" w:rsidP="003A0244">
      <w:pPr>
        <w:pStyle w:val="ListParagraph"/>
        <w:numPr>
          <w:ilvl w:val="0"/>
          <w:numId w:val="13"/>
        </w:numPr>
      </w:pPr>
      <w:r w:rsidRPr="009C4256">
        <w:t xml:space="preserve">B-skips </w:t>
      </w:r>
    </w:p>
    <w:p w14:paraId="4699407D" w14:textId="2349C142" w:rsidR="008829A5" w:rsidRPr="009C4256" w:rsidRDefault="008829A5" w:rsidP="008829A5">
      <w:pPr>
        <w:pStyle w:val="ListParagraph"/>
        <w:numPr>
          <w:ilvl w:val="1"/>
          <w:numId w:val="13"/>
        </w:numPr>
      </w:pPr>
      <w:r w:rsidRPr="009C4256">
        <w:t xml:space="preserve">B March Mechanics - Add a hopping motion: knee high, leg straightens, then paw-back - Focus on hamstring engagement and pulling foot beneath hips. </w:t>
      </w:r>
    </w:p>
    <w:p w14:paraId="6779DC64" w14:textId="0700D88D" w:rsidR="002E41E4" w:rsidRPr="009C4256" w:rsidRDefault="002E41E4" w:rsidP="003A0244">
      <w:pPr>
        <w:pStyle w:val="ListParagraph"/>
        <w:numPr>
          <w:ilvl w:val="0"/>
          <w:numId w:val="13"/>
        </w:numPr>
      </w:pPr>
      <w:r w:rsidRPr="009C4256">
        <w:t>High Knees</w:t>
      </w:r>
    </w:p>
    <w:p w14:paraId="7E3837E0" w14:textId="7904682E" w:rsidR="008829A5" w:rsidRPr="009C4256" w:rsidRDefault="008829A5" w:rsidP="008829A5">
      <w:pPr>
        <w:pStyle w:val="ListParagraph"/>
        <w:numPr>
          <w:ilvl w:val="1"/>
          <w:numId w:val="13"/>
        </w:numPr>
      </w:pPr>
      <w:r w:rsidRPr="009C4256">
        <w:t>Dorsiflexion in ankle – heel up to glute – thigh high – step over opposite knee and back down</w:t>
      </w:r>
    </w:p>
    <w:p w14:paraId="68B6DBAE" w14:textId="46805637" w:rsidR="003A0244" w:rsidRPr="009C4256" w:rsidRDefault="003A0244" w:rsidP="003A0244">
      <w:pPr>
        <w:pStyle w:val="ListParagraph"/>
        <w:numPr>
          <w:ilvl w:val="0"/>
          <w:numId w:val="13"/>
        </w:numPr>
      </w:pPr>
      <w:r w:rsidRPr="009C4256">
        <w:t xml:space="preserve">Straight-leg bounds </w:t>
      </w:r>
    </w:p>
    <w:p w14:paraId="415D0BBE" w14:textId="3E3E763A" w:rsidR="008829A5" w:rsidRPr="009C4256" w:rsidRDefault="008829A5" w:rsidP="008829A5">
      <w:pPr>
        <w:pStyle w:val="ListParagraph"/>
        <w:numPr>
          <w:ilvl w:val="1"/>
          <w:numId w:val="13"/>
        </w:numPr>
      </w:pPr>
      <w:r w:rsidRPr="009C4256">
        <w:t>Bound forward with minimal knee bend - legs remain nearly straight – Dorsiflexion - strike ground under hips - Emphasize quick, springy contacts and maintain rhythm.</w:t>
      </w:r>
    </w:p>
    <w:p w14:paraId="370B7A68" w14:textId="7C008318" w:rsidR="0086356A" w:rsidRPr="009C4256" w:rsidRDefault="0086356A" w:rsidP="003A0244">
      <w:pPr>
        <w:pStyle w:val="ListParagraph"/>
        <w:numPr>
          <w:ilvl w:val="0"/>
          <w:numId w:val="13"/>
        </w:numPr>
      </w:pPr>
      <w:r w:rsidRPr="009C4256">
        <w:t>2 x 60m st</w:t>
      </w:r>
      <w:r w:rsidR="00073D55" w:rsidRPr="009C4256">
        <w:t>rides @ 70-80%</w:t>
      </w:r>
    </w:p>
    <w:p w14:paraId="7C13B630" w14:textId="50007FF9" w:rsidR="003A0244" w:rsidRPr="003A0244" w:rsidRDefault="00000000" w:rsidP="003A0244">
      <w:pPr>
        <w:pStyle w:val="Heading2"/>
      </w:pPr>
      <w:r>
        <w:t xml:space="preserve">Phase </w:t>
      </w:r>
      <w:r w:rsidR="003A0244">
        <w:t>B</w:t>
      </w:r>
      <w:r>
        <w:t xml:space="preserve"> – Mobility &amp; Activation </w:t>
      </w:r>
      <w:r w:rsidR="00073D55">
        <w:t>(perform each for 10-20m)</w:t>
      </w:r>
    </w:p>
    <w:p w14:paraId="1A207017" w14:textId="2B9AEC32" w:rsidR="008D10FE" w:rsidRPr="009C4256" w:rsidRDefault="00073D55" w:rsidP="003A0244">
      <w:pPr>
        <w:pStyle w:val="ListParagraph"/>
        <w:numPr>
          <w:ilvl w:val="0"/>
          <w:numId w:val="11"/>
        </w:numPr>
      </w:pPr>
      <w:r w:rsidRPr="009C4256">
        <w:t>Toe Grabs</w:t>
      </w:r>
    </w:p>
    <w:p w14:paraId="2C371257" w14:textId="38D39234" w:rsidR="008829A5" w:rsidRPr="009C4256" w:rsidRDefault="008829A5" w:rsidP="008829A5">
      <w:pPr>
        <w:pStyle w:val="ListParagraph"/>
        <w:numPr>
          <w:ilvl w:val="1"/>
          <w:numId w:val="11"/>
        </w:numPr>
      </w:pPr>
      <w:r w:rsidRPr="009C4256">
        <w:t>Foot in front – heel on ground – toe up – reach and scoop at it</w:t>
      </w:r>
    </w:p>
    <w:p w14:paraId="6978D6F4" w14:textId="6F433777" w:rsidR="008D10FE" w:rsidRPr="009C4256" w:rsidRDefault="00073D55" w:rsidP="003A0244">
      <w:pPr>
        <w:pStyle w:val="ListParagraph"/>
        <w:numPr>
          <w:ilvl w:val="0"/>
          <w:numId w:val="11"/>
        </w:numPr>
      </w:pPr>
      <w:r w:rsidRPr="009C4256">
        <w:t xml:space="preserve">Forward Walking Lunge </w:t>
      </w:r>
    </w:p>
    <w:p w14:paraId="17AE54FA" w14:textId="77777777" w:rsidR="00073D55" w:rsidRPr="009C4256" w:rsidRDefault="00073D55" w:rsidP="003A0244">
      <w:pPr>
        <w:pStyle w:val="ListParagraph"/>
        <w:numPr>
          <w:ilvl w:val="0"/>
          <w:numId w:val="11"/>
        </w:numPr>
      </w:pPr>
      <w:r w:rsidRPr="009C4256">
        <w:t>Backward Walking Lunge</w:t>
      </w:r>
    </w:p>
    <w:p w14:paraId="5BDB3C1C" w14:textId="00B3C92B" w:rsidR="008D10FE" w:rsidRPr="009C4256" w:rsidRDefault="00073D55" w:rsidP="003A0244">
      <w:pPr>
        <w:pStyle w:val="ListParagraph"/>
        <w:numPr>
          <w:ilvl w:val="0"/>
          <w:numId w:val="11"/>
        </w:numPr>
      </w:pPr>
      <w:r w:rsidRPr="009C4256">
        <w:t xml:space="preserve">Alternating Side Lunge </w:t>
      </w:r>
    </w:p>
    <w:p w14:paraId="049DE67A" w14:textId="03436B03" w:rsidR="008D10FE" w:rsidRPr="009C4256" w:rsidRDefault="00073D55" w:rsidP="003A0244">
      <w:pPr>
        <w:pStyle w:val="ListParagraph"/>
        <w:numPr>
          <w:ilvl w:val="0"/>
          <w:numId w:val="11"/>
        </w:numPr>
      </w:pPr>
      <w:r w:rsidRPr="009C4256">
        <w:t>Leg Swings x 10 each leg</w:t>
      </w:r>
    </w:p>
    <w:p w14:paraId="0E5E7323" w14:textId="2E4FE6FF" w:rsidR="00073D55" w:rsidRPr="009C4256" w:rsidRDefault="00073D55" w:rsidP="00073D55">
      <w:pPr>
        <w:pStyle w:val="ListParagraph"/>
        <w:numPr>
          <w:ilvl w:val="1"/>
          <w:numId w:val="11"/>
        </w:numPr>
      </w:pPr>
      <w:r w:rsidRPr="009C4256">
        <w:t>Forward/Backward</w:t>
      </w:r>
      <w:r w:rsidR="009C4256">
        <w:t xml:space="preserve"> &amp; Side to Side</w:t>
      </w:r>
    </w:p>
    <w:p w14:paraId="384194BA" w14:textId="1C03A4DC" w:rsidR="008D10FE" w:rsidRDefault="00000000">
      <w:pPr>
        <w:pStyle w:val="Heading2"/>
      </w:pPr>
      <w:r>
        <w:t>Phase C – Acceleration Prep</w:t>
      </w:r>
    </w:p>
    <w:p w14:paraId="7C7825B1" w14:textId="77777777" w:rsidR="008829A5" w:rsidRDefault="00000000" w:rsidP="003A0244">
      <w:pPr>
        <w:pStyle w:val="ListParagraph"/>
        <w:numPr>
          <w:ilvl w:val="0"/>
          <w:numId w:val="11"/>
        </w:numPr>
      </w:pPr>
      <w:r>
        <w:t xml:space="preserve">Wall </w:t>
      </w:r>
      <w:r w:rsidR="003A0244">
        <w:t>Walks</w:t>
      </w:r>
      <w:r>
        <w:t xml:space="preserve">: </w:t>
      </w:r>
      <w:r w:rsidR="00073D55">
        <w:t xml:space="preserve">3 x 6 </w:t>
      </w:r>
      <w:r>
        <w:t xml:space="preserve">each leg </w:t>
      </w:r>
    </w:p>
    <w:p w14:paraId="11B3B006" w14:textId="0FB3B6CA" w:rsidR="003A0244" w:rsidRDefault="008829A5" w:rsidP="008829A5">
      <w:pPr>
        <w:pStyle w:val="ListParagraph"/>
        <w:numPr>
          <w:ilvl w:val="1"/>
          <w:numId w:val="11"/>
        </w:numPr>
      </w:pPr>
      <w:r>
        <w:t xml:space="preserve">body from head, spine, toe at 45 degrees </w:t>
      </w:r>
      <w:r w:rsidR="003A0244">
        <w:t>… walk up the wall</w:t>
      </w:r>
      <w:r w:rsidR="00073D55">
        <w:t xml:space="preserve"> … each step </w:t>
      </w:r>
      <w:proofErr w:type="gramStart"/>
      <w:r w:rsidR="00073D55">
        <w:t>get</w:t>
      </w:r>
      <w:proofErr w:type="gramEnd"/>
      <w:r w:rsidR="00073D55">
        <w:t xml:space="preserve"> a little taller … just like you are accelerating</w:t>
      </w:r>
      <w:r>
        <w:t xml:space="preserve"> – start like you would pushing a car – each step rise until foot contact under center of mass</w:t>
      </w:r>
    </w:p>
    <w:p w14:paraId="092F725A" w14:textId="77777777" w:rsidR="008829A5" w:rsidRDefault="003A0244" w:rsidP="003A0244">
      <w:pPr>
        <w:pStyle w:val="ListParagraph"/>
        <w:numPr>
          <w:ilvl w:val="0"/>
          <w:numId w:val="11"/>
        </w:numPr>
      </w:pPr>
      <w:r>
        <w:lastRenderedPageBreak/>
        <w:t>Wall Punches: 3x5 each Leg</w:t>
      </w:r>
      <w:r w:rsidR="008829A5">
        <w:t xml:space="preserve"> </w:t>
      </w:r>
    </w:p>
    <w:p w14:paraId="59DA0432" w14:textId="3940628D" w:rsidR="003A0244" w:rsidRDefault="008829A5" w:rsidP="008829A5">
      <w:pPr>
        <w:pStyle w:val="ListParagraph"/>
        <w:numPr>
          <w:ilvl w:val="1"/>
          <w:numId w:val="11"/>
        </w:numPr>
      </w:pPr>
      <w:r>
        <w:t xml:space="preserve">Body from head, spine, toe at 45 degrees … forcefully drive knees into direction of wall keeping good </w:t>
      </w:r>
      <w:proofErr w:type="gramStart"/>
      <w:r>
        <w:t>45 degree</w:t>
      </w:r>
      <w:proofErr w:type="gramEnd"/>
      <w:r>
        <w:t xml:space="preserve"> posture … contacts landing behind center of mass (land where foot left off)</w:t>
      </w:r>
    </w:p>
    <w:p w14:paraId="03DD30D1" w14:textId="62A7C58E" w:rsidR="008D10FE" w:rsidRDefault="00000000" w:rsidP="003A0244">
      <w:pPr>
        <w:pStyle w:val="ListParagraph"/>
        <w:numPr>
          <w:ilvl w:val="0"/>
          <w:numId w:val="11"/>
        </w:numPr>
      </w:pPr>
      <w:r>
        <w:t>2</w:t>
      </w:r>
      <w:r w:rsidR="00073D55">
        <w:t xml:space="preserve"> x</w:t>
      </w:r>
      <w:r>
        <w:t xml:space="preserve"> </w:t>
      </w:r>
      <w:r w:rsidR="003A0244">
        <w:t xml:space="preserve">60m </w:t>
      </w:r>
      <w:r w:rsidR="00073D55">
        <w:t>strides</w:t>
      </w:r>
      <w:r w:rsidR="003A0244">
        <w:t xml:space="preserve"> </w:t>
      </w:r>
      <w:r>
        <w:t xml:space="preserve">@ </w:t>
      </w:r>
      <w:r w:rsidR="00073D55">
        <w:t>80-90%</w:t>
      </w:r>
    </w:p>
    <w:p w14:paraId="57A6654A" w14:textId="418DE8A5" w:rsidR="008D10FE" w:rsidRDefault="00000000">
      <w:pPr>
        <w:pStyle w:val="Heading1"/>
      </w:pPr>
      <w:r>
        <w:t>Plyometric Progressions &amp; Diagrams</w:t>
      </w:r>
    </w:p>
    <w:p w14:paraId="07D194EC" w14:textId="67CF2606" w:rsidR="008829A5" w:rsidRDefault="00000000" w:rsidP="008829A5">
      <w:pPr>
        <w:pStyle w:val="ListParagraph"/>
        <w:numPr>
          <w:ilvl w:val="0"/>
          <w:numId w:val="15"/>
        </w:numPr>
      </w:pPr>
      <w:proofErr w:type="spellStart"/>
      <w:r>
        <w:t>Pogos</w:t>
      </w:r>
      <w:proofErr w:type="spellEnd"/>
      <w:r>
        <w:t xml:space="preserve"> </w:t>
      </w:r>
      <w:r w:rsidR="008829A5">
        <w:t>– think pogo stick without the pogo stick</w:t>
      </w:r>
    </w:p>
    <w:p w14:paraId="392C8FFE" w14:textId="051F5C1A" w:rsidR="008829A5" w:rsidRDefault="00000000" w:rsidP="008829A5">
      <w:pPr>
        <w:pStyle w:val="ListParagraph"/>
        <w:numPr>
          <w:ilvl w:val="1"/>
          <w:numId w:val="15"/>
        </w:numPr>
      </w:pPr>
      <w:r>
        <w:t xml:space="preserve">Feet </w:t>
      </w:r>
      <w:proofErr w:type="gramStart"/>
      <w:r>
        <w:t xml:space="preserve">together  </w:t>
      </w:r>
      <w:r w:rsidR="008829A5">
        <w:t>-</w:t>
      </w:r>
      <w:proofErr w:type="gramEnd"/>
      <w:r w:rsidR="008829A5">
        <w:t xml:space="preserve"> </w:t>
      </w:r>
      <w:r>
        <w:t>quick ground contact</w:t>
      </w:r>
      <w:r w:rsidR="008829A5">
        <w:t xml:space="preserve"> – explode off ground</w:t>
      </w:r>
    </w:p>
    <w:p w14:paraId="5CD3B64E" w14:textId="77777777" w:rsidR="008829A5" w:rsidRDefault="00000000" w:rsidP="008829A5">
      <w:pPr>
        <w:pStyle w:val="ListParagraph"/>
        <w:numPr>
          <w:ilvl w:val="1"/>
          <w:numId w:val="15"/>
        </w:numPr>
      </w:pPr>
      <w:r>
        <w:t xml:space="preserve">Ankles </w:t>
      </w:r>
      <w:proofErr w:type="gramStart"/>
      <w:r>
        <w:t xml:space="preserve">rigid  </w:t>
      </w:r>
      <w:r w:rsidR="008829A5">
        <w:t>-</w:t>
      </w:r>
      <w:proofErr w:type="gramEnd"/>
      <w:r>
        <w:t xml:space="preserve">  Knees soft (minimal bend)</w:t>
      </w:r>
    </w:p>
    <w:p w14:paraId="0BB9D3F9" w14:textId="3BA37ED8" w:rsidR="008829A5" w:rsidRDefault="00000000" w:rsidP="006D37EF">
      <w:pPr>
        <w:pStyle w:val="ListParagraph"/>
        <w:numPr>
          <w:ilvl w:val="1"/>
          <w:numId w:val="15"/>
        </w:numPr>
      </w:pPr>
      <w:r>
        <w:t>Arms at sides</w:t>
      </w:r>
      <w:r w:rsidR="008829A5">
        <w:t xml:space="preserve"> - </w:t>
      </w:r>
      <w:r>
        <w:t xml:space="preserve"> Bounce vertically (no forward drift)</w:t>
      </w:r>
    </w:p>
    <w:p w14:paraId="74E74C82" w14:textId="77777777" w:rsidR="008829A5" w:rsidRDefault="008829A5" w:rsidP="008829A5">
      <w:pPr>
        <w:pStyle w:val="ListParagraph"/>
        <w:numPr>
          <w:ilvl w:val="0"/>
          <w:numId w:val="15"/>
        </w:numPr>
      </w:pPr>
      <w:r>
        <w:t>Squat Jumps</w:t>
      </w:r>
    </w:p>
    <w:p w14:paraId="1FC1B875" w14:textId="0C8567AF" w:rsidR="008D10FE" w:rsidRDefault="00000000" w:rsidP="008829A5">
      <w:pPr>
        <w:pStyle w:val="ListParagraph"/>
        <w:numPr>
          <w:ilvl w:val="0"/>
          <w:numId w:val="17"/>
        </w:numPr>
      </w:pPr>
      <w:r>
        <w:t>Start: quarter squat → explode up → land softly → reset</w:t>
      </w:r>
      <w:r>
        <w:br/>
        <w:t>Cues: tall chest, knees track toes, full hip extension</w:t>
      </w:r>
    </w:p>
    <w:p w14:paraId="128C7B69" w14:textId="77777777" w:rsidR="008829A5" w:rsidRDefault="00000000" w:rsidP="008829A5">
      <w:pPr>
        <w:pStyle w:val="ListParagraph"/>
        <w:numPr>
          <w:ilvl w:val="0"/>
          <w:numId w:val="18"/>
        </w:numPr>
      </w:pPr>
      <w:r>
        <w:t xml:space="preserve">Tuck Jumps </w:t>
      </w:r>
    </w:p>
    <w:p w14:paraId="2E8DCE19" w14:textId="51546A86" w:rsidR="008D10FE" w:rsidRDefault="00000000" w:rsidP="008829A5">
      <w:pPr>
        <w:pStyle w:val="ListParagraph"/>
        <w:numPr>
          <w:ilvl w:val="1"/>
          <w:numId w:val="18"/>
        </w:numPr>
      </w:pPr>
      <w:r>
        <w:t>Explode up → tuck knees to chest → quick land → minimal ground time</w:t>
      </w:r>
      <w:r>
        <w:br/>
        <w:t>Cues: punch the ground</w:t>
      </w:r>
      <w:r w:rsidR="008829A5">
        <w:t xml:space="preserve"> - </w:t>
      </w:r>
      <w:r>
        <w:t>absorb softly</w:t>
      </w:r>
      <w:r w:rsidR="008829A5">
        <w:t xml:space="preserve"> - </w:t>
      </w:r>
      <w:r>
        <w:t>maintain posture</w:t>
      </w:r>
    </w:p>
    <w:p w14:paraId="3A2F15C2" w14:textId="77777777" w:rsidR="008D10FE" w:rsidRDefault="00000000">
      <w:pPr>
        <w:pStyle w:val="Heading2"/>
      </w:pPr>
      <w:r>
        <w:t>Plyometric Guidelines</w:t>
      </w:r>
    </w:p>
    <w:p w14:paraId="3B6276C3" w14:textId="236E03FE" w:rsidR="008D10FE" w:rsidRDefault="00000000" w:rsidP="008829A5">
      <w:pPr>
        <w:pStyle w:val="ListParagraph"/>
        <w:numPr>
          <w:ilvl w:val="0"/>
          <w:numId w:val="18"/>
        </w:numPr>
      </w:pPr>
      <w:r>
        <w:t>Ground contact: fast and stiff (except squat jumps)</w:t>
      </w:r>
    </w:p>
    <w:p w14:paraId="50905677" w14:textId="262A8FE3" w:rsidR="008829A5" w:rsidRDefault="008829A5" w:rsidP="008829A5">
      <w:pPr>
        <w:pStyle w:val="ListParagraph"/>
        <w:numPr>
          <w:ilvl w:val="0"/>
          <w:numId w:val="18"/>
        </w:numPr>
      </w:pPr>
      <w:r>
        <w:t>Be explosive – spend as little time on ground as possible</w:t>
      </w:r>
    </w:p>
    <w:p w14:paraId="6289F926" w14:textId="77777777" w:rsidR="008D10FE" w:rsidRDefault="00000000">
      <w:pPr>
        <w:pStyle w:val="Heading1"/>
      </w:pPr>
      <w:r>
        <w:t>Proper Acceleration Mechanics</w:t>
      </w:r>
    </w:p>
    <w:p w14:paraId="62280AC2" w14:textId="29FD1E6C" w:rsidR="008D10FE" w:rsidRDefault="00000000" w:rsidP="00955363">
      <w:pPr>
        <w:pStyle w:val="ListParagraph"/>
        <w:numPr>
          <w:ilvl w:val="0"/>
          <w:numId w:val="19"/>
        </w:numPr>
      </w:pPr>
      <w:r>
        <w:t>Posture: forward-lean “straight line” from ankle to head (no hinge at hips).</w:t>
      </w:r>
    </w:p>
    <w:p w14:paraId="35319A28" w14:textId="1BE1E351" w:rsidR="008D10FE" w:rsidRDefault="00000000" w:rsidP="00955363">
      <w:pPr>
        <w:pStyle w:val="ListParagraph"/>
        <w:numPr>
          <w:ilvl w:val="0"/>
          <w:numId w:val="20"/>
        </w:numPr>
      </w:pPr>
      <w:r>
        <w:t>Projection: drive out at 45° in first steps; gradually rise</w:t>
      </w:r>
      <w:r w:rsidR="00105EC1">
        <w:t xml:space="preserve"> each step … like a plane taking off</w:t>
      </w:r>
    </w:p>
    <w:p w14:paraId="02B37233" w14:textId="4B0FCBD8" w:rsidR="008D10FE" w:rsidRDefault="00000000" w:rsidP="00955363">
      <w:pPr>
        <w:pStyle w:val="ListParagraph"/>
        <w:numPr>
          <w:ilvl w:val="0"/>
          <w:numId w:val="20"/>
        </w:numPr>
      </w:pPr>
      <w:r>
        <w:t>Step model: increasing step length, quick ground contacts; foot strikes behind/beside COM.</w:t>
      </w:r>
    </w:p>
    <w:p w14:paraId="3930CB38" w14:textId="0A1ADE9A" w:rsidR="008D10FE" w:rsidRDefault="00000000" w:rsidP="00955363">
      <w:pPr>
        <w:pStyle w:val="ListParagraph"/>
        <w:numPr>
          <w:ilvl w:val="0"/>
          <w:numId w:val="20"/>
        </w:numPr>
      </w:pPr>
      <w:r>
        <w:t>Arm action: aggressive; hands from cheek to pocket, elbows ~90°.</w:t>
      </w:r>
    </w:p>
    <w:p w14:paraId="5A74DC65" w14:textId="1008D5B3" w:rsidR="00105EC1" w:rsidRDefault="00105EC1" w:rsidP="00105EC1">
      <w:pPr>
        <w:pStyle w:val="Heading2"/>
      </w:pPr>
      <w:r>
        <w:lastRenderedPageBreak/>
        <w:t>Picture</w:t>
      </w:r>
      <w:r w:rsidR="00955363">
        <w:t>s</w:t>
      </w:r>
      <w:r>
        <w:t xml:space="preserve"> of proper acceleration mechanics and gradual rise of body position</w:t>
      </w:r>
    </w:p>
    <w:p w14:paraId="455911F9" w14:textId="73B84932" w:rsidR="00105EC1" w:rsidRDefault="00105EC1" w:rsidP="009C4256">
      <w:pPr>
        <w:pStyle w:val="Heading1"/>
        <w:jc w:val="center"/>
      </w:pPr>
      <w:r>
        <w:fldChar w:fldCharType="begin"/>
      </w:r>
      <w:r>
        <w:instrText xml:space="preserve"> INCLUDEPICTURE "https://www.researchgate.net/profile/Akifumi-Matsuo/publication/263710869/figure/fig2/AS:202632766464002@1425322824450/The-stick-figures-illustrate-the-body-segment-positions-at-the-foot-strike-and-just.png" \* MERGEFORMATINET </w:instrText>
      </w:r>
      <w:r>
        <w:fldChar w:fldCharType="separate"/>
      </w:r>
      <w:r>
        <w:rPr>
          <w:noProof/>
        </w:rPr>
        <w:drawing>
          <wp:inline distT="0" distB="0" distL="0" distR="0" wp14:anchorId="0BFDFA02" wp14:editId="494E8F5B">
            <wp:extent cx="5170322" cy="3707841"/>
            <wp:effectExtent l="0" t="0" r="0" b="635"/>
            <wp:docPr id="190028572" name="Picture 1" descr="The stick figures illustrate the body segment positions at the foot-strike and just before the toe-off from the 1st to 25th step. Numbers in the figure indicate the respective steps. The red figures overlapping the black figures are those immediately before the respective steps. The MP joint was used as a reference to adjust the horizontal positions of the stick figures of adjacen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ick figures illustrate the body segment positions at the foot-strike and just before the toe-off from the 1st to 25th step. Numbers in the figure indicate the respective steps. The red figures overlapping the black figures are those immediately before the respective steps. The MP joint was used as a reference to adjust the horizontal positions of the stick figures of adjacent st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5351" cy="3740133"/>
                    </a:xfrm>
                    <a:prstGeom prst="rect">
                      <a:avLst/>
                    </a:prstGeom>
                    <a:noFill/>
                    <a:ln>
                      <a:noFill/>
                    </a:ln>
                  </pic:spPr>
                </pic:pic>
              </a:graphicData>
            </a:graphic>
          </wp:inline>
        </w:drawing>
      </w:r>
      <w:r>
        <w:fldChar w:fldCharType="end"/>
      </w:r>
    </w:p>
    <w:p w14:paraId="2C2974B4" w14:textId="77777777" w:rsidR="009C4256" w:rsidRDefault="00955363">
      <w:pPr>
        <w:pStyle w:val="Heading1"/>
      </w:pPr>
      <w:r>
        <w:fldChar w:fldCharType="begin"/>
      </w:r>
      <w:r>
        <w:instrText xml:space="preserve"> INCLUDEPICTURE "https://chatgpt.com/backend-api/estuary/content?id=file_00000000aeac722f902e50d045ec7303&amp;ts=491011&amp;p=fs&amp;cid=1&amp;sig=4749c50bc8e93f954aa475a6753b541d065489c39420bd4fc00cceb1c140feec&amp;v=0" \* MERGEFORMATINET </w:instrText>
      </w:r>
      <w:r>
        <w:fldChar w:fldCharType="separate"/>
      </w:r>
      <w:r>
        <w:rPr>
          <w:noProof/>
        </w:rPr>
        <mc:AlternateContent>
          <mc:Choice Requires="wps">
            <w:drawing>
              <wp:inline distT="0" distB="0" distL="0" distR="0" wp14:anchorId="4969A4D2" wp14:editId="3563F96A">
                <wp:extent cx="301625" cy="301625"/>
                <wp:effectExtent l="0" t="0" r="0" b="0"/>
                <wp:docPr id="101016258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F8D6C"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Pr="00955363">
        <w:t xml:space="preserve"> </w:t>
      </w:r>
      <w:r>
        <w:fldChar w:fldCharType="begin"/>
      </w:r>
      <w:r>
        <w:instrText xml:space="preserve"> INCLUDEPICTURE "https://chatgpt.com/backend-api/estuary/content?id=file_00000000aeac722f902e50d045ec7303&amp;ts=491011&amp;p=fs&amp;cid=1&amp;sig=4749c50bc8e93f954aa475a6753b541d065489c39420bd4fc00cceb1c140feec&amp;v=0" \* MERGEFORMATINET </w:instrText>
      </w:r>
      <w:r>
        <w:fldChar w:fldCharType="separate"/>
      </w:r>
      <w:r>
        <w:rPr>
          <w:noProof/>
        </w:rPr>
        <mc:AlternateContent>
          <mc:Choice Requires="wps">
            <w:drawing>
              <wp:inline distT="0" distB="0" distL="0" distR="0" wp14:anchorId="3D560FF8" wp14:editId="0048CB94">
                <wp:extent cx="301625" cy="301625"/>
                <wp:effectExtent l="0" t="0" r="0" b="0"/>
                <wp:docPr id="186570237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FC298" id="Rectangl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Pr>
          <w:noProof/>
        </w:rPr>
        <w:drawing>
          <wp:inline distT="0" distB="0" distL="0" distR="0" wp14:anchorId="065D84C4" wp14:editId="22D45465">
            <wp:extent cx="4823209" cy="3215472"/>
            <wp:effectExtent l="0" t="0" r="3175" b="0"/>
            <wp:docPr id="231220967" name="Picture 3" descr="A collage of a perso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20967" name="Picture 3" descr="A collage of a person running&#10;&#10;AI-generated content may be incorrect."/>
                    <pic:cNvPicPr/>
                  </pic:nvPicPr>
                  <pic:blipFill>
                    <a:blip r:embed="rId9"/>
                    <a:stretch>
                      <a:fillRect/>
                    </a:stretch>
                  </pic:blipFill>
                  <pic:spPr>
                    <a:xfrm>
                      <a:off x="0" y="0"/>
                      <a:ext cx="4847400" cy="3231599"/>
                    </a:xfrm>
                    <a:prstGeom prst="rect">
                      <a:avLst/>
                    </a:prstGeom>
                  </pic:spPr>
                </pic:pic>
              </a:graphicData>
            </a:graphic>
          </wp:inline>
        </w:drawing>
      </w:r>
    </w:p>
    <w:p w14:paraId="7BEB9436" w14:textId="5DCD685C" w:rsidR="008D10FE" w:rsidRDefault="00000000">
      <w:pPr>
        <w:pStyle w:val="Heading1"/>
      </w:pPr>
      <w:r>
        <w:lastRenderedPageBreak/>
        <w:t>Max Velocity Mechanics (Flys)</w:t>
      </w:r>
    </w:p>
    <w:p w14:paraId="17A1CEDC" w14:textId="2DF37B88" w:rsidR="008D10FE" w:rsidRDefault="00000000" w:rsidP="009C4256">
      <w:pPr>
        <w:pStyle w:val="ListParagraph"/>
        <w:numPr>
          <w:ilvl w:val="0"/>
          <w:numId w:val="22"/>
        </w:numPr>
      </w:pPr>
      <w:r>
        <w:t>Posture: upright</w:t>
      </w:r>
      <w:r w:rsidR="009C4256">
        <w:t xml:space="preserve"> – tall – knee up – toe up – chest up </w:t>
      </w:r>
    </w:p>
    <w:p w14:paraId="35898F56" w14:textId="0F2B0D12" w:rsidR="008D10FE" w:rsidRDefault="009C4256" w:rsidP="009C4256">
      <w:pPr>
        <w:pStyle w:val="ListParagraph"/>
        <w:numPr>
          <w:ilvl w:val="0"/>
          <w:numId w:val="22"/>
        </w:numPr>
      </w:pPr>
      <w:r>
        <w:t xml:space="preserve">attack over opposite knee and step down – under </w:t>
      </w:r>
      <w:r w:rsidR="00000000">
        <w:t>hip with dorsiflexed foot</w:t>
      </w:r>
      <w:r>
        <w:t xml:space="preserve"> </w:t>
      </w:r>
    </w:p>
    <w:p w14:paraId="794C9FAB" w14:textId="5E11C1FD" w:rsidR="008D10FE" w:rsidRDefault="00000000" w:rsidP="009C4256">
      <w:pPr>
        <w:pStyle w:val="ListParagraph"/>
        <w:numPr>
          <w:ilvl w:val="0"/>
          <w:numId w:val="22"/>
        </w:numPr>
      </w:pPr>
      <w:r>
        <w:t>Front-side mechanics: knee up → heel under hamstring → down with vertical force.</w:t>
      </w:r>
    </w:p>
    <w:p w14:paraId="0B9663A0" w14:textId="199A48B6" w:rsidR="008D10FE" w:rsidRDefault="00000000" w:rsidP="009C4256">
      <w:pPr>
        <w:pStyle w:val="ListParagraph"/>
        <w:numPr>
          <w:ilvl w:val="0"/>
          <w:numId w:val="22"/>
        </w:numPr>
      </w:pPr>
      <w:r>
        <w:t xml:space="preserve">Arm action: </w:t>
      </w:r>
      <w:r w:rsidR="009C4256">
        <w:t>cheek to cheek – straight down the track – don’t cross midline – move fast</w:t>
      </w:r>
    </w:p>
    <w:p w14:paraId="61250A49" w14:textId="221A1D84" w:rsidR="009C4256" w:rsidRDefault="009C4256" w:rsidP="009C4256">
      <w:pPr>
        <w:pStyle w:val="ListParagraph"/>
        <w:numPr>
          <w:ilvl w:val="0"/>
          <w:numId w:val="22"/>
        </w:numPr>
      </w:pPr>
      <w:r>
        <w:t>Fast AND Relaxed</w:t>
      </w:r>
    </w:p>
    <w:p w14:paraId="45E5B358" w14:textId="77FB1658" w:rsidR="009C4256" w:rsidRDefault="009C4256" w:rsidP="009C4256">
      <w:pPr>
        <w:pStyle w:val="Heading1"/>
      </w:pPr>
      <w:r>
        <w:t>Standing Start – Acceleration and Max Velocity Runs</w:t>
      </w:r>
    </w:p>
    <w:p w14:paraId="05D868A4" w14:textId="77777777" w:rsidR="009C4256" w:rsidRPr="009C4256" w:rsidRDefault="009C4256" w:rsidP="009C4256">
      <w:pPr>
        <w:pStyle w:val="ListParagraph"/>
        <w:numPr>
          <w:ilvl w:val="0"/>
          <w:numId w:val="28"/>
        </w:numPr>
        <w:spacing w:before="100" w:beforeAutospacing="1" w:after="100" w:afterAutospacing="1"/>
      </w:pPr>
      <w:r w:rsidRPr="009C4256">
        <w:t>Feet</w:t>
      </w:r>
    </w:p>
    <w:p w14:paraId="51508478" w14:textId="77777777" w:rsidR="009C4256" w:rsidRPr="009C4256" w:rsidRDefault="009C4256" w:rsidP="009C4256">
      <w:pPr>
        <w:pStyle w:val="ListParagraph"/>
        <w:numPr>
          <w:ilvl w:val="1"/>
          <w:numId w:val="28"/>
        </w:numPr>
        <w:spacing w:before="100" w:beforeAutospacing="1" w:after="100" w:afterAutospacing="1"/>
      </w:pPr>
      <w:r w:rsidRPr="009C4256">
        <w:t>Front foot on or just behind the line</w:t>
      </w:r>
    </w:p>
    <w:p w14:paraId="3AE30750" w14:textId="77777777" w:rsidR="009C4256" w:rsidRPr="009C4256" w:rsidRDefault="009C4256" w:rsidP="009C4256">
      <w:pPr>
        <w:pStyle w:val="ListParagraph"/>
        <w:numPr>
          <w:ilvl w:val="1"/>
          <w:numId w:val="28"/>
        </w:numPr>
        <w:spacing w:before="100" w:beforeAutospacing="1" w:after="100" w:afterAutospacing="1"/>
      </w:pPr>
      <w:r w:rsidRPr="009C4256">
        <w:t>Back foot 6–12 inches behind (toe up or heel slightly raised)</w:t>
      </w:r>
    </w:p>
    <w:p w14:paraId="3F8793EC" w14:textId="67FB9DD6" w:rsidR="009C4256" w:rsidRPr="009C4256" w:rsidRDefault="009C4256" w:rsidP="009C4256">
      <w:pPr>
        <w:pStyle w:val="ListParagraph"/>
        <w:numPr>
          <w:ilvl w:val="1"/>
          <w:numId w:val="28"/>
        </w:numPr>
        <w:spacing w:before="100" w:beforeAutospacing="1" w:after="100" w:afterAutospacing="1"/>
      </w:pPr>
      <w:r w:rsidRPr="009C4256">
        <w:t>Split Stance – like a wide receiver</w:t>
      </w:r>
    </w:p>
    <w:p w14:paraId="6B8A96BF" w14:textId="77777777" w:rsidR="009C4256" w:rsidRDefault="009C4256" w:rsidP="009C4256">
      <w:pPr>
        <w:pStyle w:val="ListParagraph"/>
        <w:numPr>
          <w:ilvl w:val="0"/>
          <w:numId w:val="28"/>
        </w:numPr>
        <w:spacing w:before="100" w:beforeAutospacing="1" w:after="100" w:afterAutospacing="1"/>
      </w:pPr>
      <w:r w:rsidRPr="009C4256">
        <w:t>Hips &amp; Torso</w:t>
      </w:r>
    </w:p>
    <w:p w14:paraId="4CA5F32B" w14:textId="77777777" w:rsidR="009C4256" w:rsidRDefault="009C4256" w:rsidP="009C4256">
      <w:pPr>
        <w:pStyle w:val="ListParagraph"/>
        <w:numPr>
          <w:ilvl w:val="1"/>
          <w:numId w:val="28"/>
        </w:numPr>
        <w:spacing w:before="100" w:beforeAutospacing="1" w:after="100" w:afterAutospacing="1"/>
      </w:pPr>
      <w:r w:rsidRPr="009C4256">
        <w:t>Hips slightly higher than shoulders</w:t>
      </w:r>
    </w:p>
    <w:p w14:paraId="5FF67AB1" w14:textId="77777777" w:rsidR="009C4256" w:rsidRDefault="009C4256" w:rsidP="009C4256">
      <w:pPr>
        <w:pStyle w:val="ListParagraph"/>
        <w:numPr>
          <w:ilvl w:val="1"/>
          <w:numId w:val="28"/>
        </w:numPr>
        <w:spacing w:before="100" w:beforeAutospacing="1" w:after="100" w:afterAutospacing="1"/>
      </w:pPr>
      <w:r w:rsidRPr="009C4256">
        <w:t>Torso angled forward (~45°)</w:t>
      </w:r>
    </w:p>
    <w:p w14:paraId="3131AFAE" w14:textId="012412EB" w:rsidR="009C4256" w:rsidRPr="009C4256" w:rsidRDefault="009C4256" w:rsidP="009C4256">
      <w:pPr>
        <w:pStyle w:val="ListParagraph"/>
        <w:numPr>
          <w:ilvl w:val="1"/>
          <w:numId w:val="28"/>
        </w:numPr>
        <w:spacing w:before="100" w:beforeAutospacing="1" w:after="100" w:afterAutospacing="1"/>
      </w:pPr>
      <w:r w:rsidRPr="009C4256">
        <w:t>Straight line from head → spine → back leg</w:t>
      </w:r>
    </w:p>
    <w:p w14:paraId="5717B006" w14:textId="77777777" w:rsidR="009C4256" w:rsidRDefault="009C4256" w:rsidP="009C4256">
      <w:pPr>
        <w:pStyle w:val="ListParagraph"/>
        <w:numPr>
          <w:ilvl w:val="0"/>
          <w:numId w:val="28"/>
        </w:numPr>
        <w:spacing w:before="100" w:beforeAutospacing="1" w:after="100" w:afterAutospacing="1"/>
      </w:pPr>
      <w:r w:rsidRPr="009C4256">
        <w:t>Arms</w:t>
      </w:r>
    </w:p>
    <w:p w14:paraId="6003A9AA" w14:textId="77777777" w:rsidR="009C4256" w:rsidRDefault="009C4256" w:rsidP="009C4256">
      <w:pPr>
        <w:pStyle w:val="ListParagraph"/>
        <w:numPr>
          <w:ilvl w:val="1"/>
          <w:numId w:val="28"/>
        </w:numPr>
        <w:spacing w:before="100" w:beforeAutospacing="1" w:after="100" w:afterAutospacing="1"/>
      </w:pPr>
      <w:r w:rsidRPr="009C4256">
        <w:t>Opposite arm forward</w:t>
      </w:r>
    </w:p>
    <w:p w14:paraId="38E4901A" w14:textId="77777777" w:rsidR="009C4256" w:rsidRDefault="009C4256" w:rsidP="009C4256">
      <w:pPr>
        <w:pStyle w:val="ListParagraph"/>
        <w:numPr>
          <w:ilvl w:val="1"/>
          <w:numId w:val="28"/>
        </w:numPr>
        <w:spacing w:before="100" w:beforeAutospacing="1" w:after="100" w:afterAutospacing="1"/>
      </w:pPr>
      <w:r w:rsidRPr="009C4256">
        <w:t>Elbows ~90°</w:t>
      </w:r>
    </w:p>
    <w:p w14:paraId="1B24A163" w14:textId="0FAE9DB3" w:rsidR="009C4256" w:rsidRPr="009C4256" w:rsidRDefault="009C4256" w:rsidP="009C4256">
      <w:pPr>
        <w:pStyle w:val="ListParagraph"/>
        <w:numPr>
          <w:ilvl w:val="1"/>
          <w:numId w:val="28"/>
        </w:numPr>
        <w:spacing w:before="100" w:beforeAutospacing="1" w:after="100" w:afterAutospacing="1"/>
      </w:pPr>
      <w:r w:rsidRPr="009C4256">
        <w:t>Hands relaxed</w:t>
      </w:r>
    </w:p>
    <w:p w14:paraId="7AC2B061" w14:textId="77777777" w:rsidR="009C4256" w:rsidRDefault="009C4256" w:rsidP="009C4256">
      <w:pPr>
        <w:pStyle w:val="ListParagraph"/>
        <w:numPr>
          <w:ilvl w:val="0"/>
          <w:numId w:val="28"/>
        </w:numPr>
        <w:spacing w:before="100" w:beforeAutospacing="1" w:after="100" w:afterAutospacing="1"/>
      </w:pPr>
      <w:r w:rsidRPr="009C4256">
        <w:t>Head &amp; Eyes</w:t>
      </w:r>
    </w:p>
    <w:p w14:paraId="09E9D155" w14:textId="77777777" w:rsidR="009C4256" w:rsidRDefault="009C4256" w:rsidP="009C4256">
      <w:pPr>
        <w:pStyle w:val="ListParagraph"/>
        <w:numPr>
          <w:ilvl w:val="1"/>
          <w:numId w:val="28"/>
        </w:numPr>
        <w:spacing w:before="100" w:beforeAutospacing="1" w:after="100" w:afterAutospacing="1"/>
      </w:pPr>
      <w:r w:rsidRPr="009C4256">
        <w:t>Head neutral</w:t>
      </w:r>
    </w:p>
    <w:p w14:paraId="19487F43" w14:textId="05CFA496" w:rsidR="009C4256" w:rsidRPr="009C4256" w:rsidRDefault="009C4256" w:rsidP="009C4256">
      <w:pPr>
        <w:pStyle w:val="ListParagraph"/>
        <w:numPr>
          <w:ilvl w:val="1"/>
          <w:numId w:val="28"/>
        </w:numPr>
        <w:spacing w:before="100" w:beforeAutospacing="1" w:after="100" w:afterAutospacing="1"/>
      </w:pPr>
      <w:r w:rsidRPr="009C4256">
        <w:t>Eyes down 1–2 meters ahead</w:t>
      </w:r>
    </w:p>
    <w:p w14:paraId="0CC406EF" w14:textId="08BA520F" w:rsidR="009C4256" w:rsidRPr="009C4256" w:rsidRDefault="009C4256" w:rsidP="009C4256">
      <w:pPr>
        <w:pStyle w:val="ListParagraph"/>
        <w:numPr>
          <w:ilvl w:val="0"/>
          <w:numId w:val="28"/>
        </w:numPr>
        <w:spacing w:before="100" w:beforeAutospacing="1" w:after="100" w:afterAutospacing="1"/>
      </w:pPr>
      <w:r w:rsidRPr="009C4256">
        <w:t>Cues</w:t>
      </w:r>
    </w:p>
    <w:p w14:paraId="3F83D494" w14:textId="24F24FE2" w:rsidR="009C4256" w:rsidRPr="009C4256" w:rsidRDefault="009C4256" w:rsidP="009C4256">
      <w:pPr>
        <w:pStyle w:val="ListParagraph"/>
        <w:numPr>
          <w:ilvl w:val="1"/>
          <w:numId w:val="28"/>
        </w:numPr>
        <w:spacing w:before="100" w:beforeAutospacing="1" w:after="100" w:afterAutospacing="1"/>
      </w:pPr>
      <w:r w:rsidRPr="009C4256">
        <w:t>Drive out and up – big arm split – accelerate to top speed – like a plane taking off the runway</w:t>
      </w:r>
    </w:p>
    <w:p w14:paraId="0D46DC8C" w14:textId="35C23D42" w:rsidR="009C4256" w:rsidRPr="009C4256" w:rsidRDefault="009C4256" w:rsidP="009C4256"/>
    <w:p w14:paraId="5AD16B45" w14:textId="70B9AC33" w:rsidR="008D10FE" w:rsidRDefault="008D10FE"/>
    <w:sectPr w:rsidR="008D10FE" w:rsidSect="00034616">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F36AC" w14:textId="77777777" w:rsidR="001634A1" w:rsidRDefault="001634A1" w:rsidP="0036761F">
      <w:r>
        <w:separator/>
      </w:r>
    </w:p>
  </w:endnote>
  <w:endnote w:type="continuationSeparator" w:id="0">
    <w:p w14:paraId="29526879" w14:textId="77777777" w:rsidR="001634A1" w:rsidRDefault="001634A1" w:rsidP="0036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3DC7" w14:textId="7F825431" w:rsidR="0036761F" w:rsidRDefault="0036761F" w:rsidP="0036761F">
    <w:pPr>
      <w:pStyle w:val="Footer"/>
      <w:jc w:val="center"/>
    </w:pPr>
    <w:r>
      <w:rPr>
        <w:noProof/>
      </w:rPr>
      <w:drawing>
        <wp:inline distT="0" distB="0" distL="0" distR="0" wp14:anchorId="45E4DCFA" wp14:editId="50B35615">
          <wp:extent cx="974620" cy="793750"/>
          <wp:effectExtent l="0" t="0" r="3810" b="0"/>
          <wp:docPr id="724224959" name="Picture 2" descr="A logo with a running person and a stop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4959" name="Picture 2" descr="A logo with a running person and a stopwatch&#10;&#10;AI-generated content may be incorrect."/>
                  <pic:cNvPicPr/>
                </pic:nvPicPr>
                <pic:blipFill>
                  <a:blip r:embed="rId1"/>
                  <a:stretch>
                    <a:fillRect/>
                  </a:stretch>
                </pic:blipFill>
                <pic:spPr>
                  <a:xfrm>
                    <a:off x="0" y="0"/>
                    <a:ext cx="1042376" cy="8489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25A34" w14:textId="77777777" w:rsidR="001634A1" w:rsidRDefault="001634A1" w:rsidP="0036761F">
      <w:r>
        <w:separator/>
      </w:r>
    </w:p>
  </w:footnote>
  <w:footnote w:type="continuationSeparator" w:id="0">
    <w:p w14:paraId="1CFF34B4" w14:textId="77777777" w:rsidR="001634A1" w:rsidRDefault="001634A1" w:rsidP="0036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4B64D2"/>
    <w:multiLevelType w:val="multilevel"/>
    <w:tmpl w:val="22FC959C"/>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A44E0"/>
    <w:multiLevelType w:val="hybridMultilevel"/>
    <w:tmpl w:val="FEF0D004"/>
    <w:lvl w:ilvl="0" w:tplc="24BC8888">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C43A7"/>
    <w:multiLevelType w:val="multilevel"/>
    <w:tmpl w:val="5922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64378"/>
    <w:multiLevelType w:val="hybridMultilevel"/>
    <w:tmpl w:val="1098F118"/>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E63D6"/>
    <w:multiLevelType w:val="hybridMultilevel"/>
    <w:tmpl w:val="BB3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664E0"/>
    <w:multiLevelType w:val="hybridMultilevel"/>
    <w:tmpl w:val="45C63F84"/>
    <w:lvl w:ilvl="0" w:tplc="24BC8888">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06212"/>
    <w:multiLevelType w:val="hybridMultilevel"/>
    <w:tmpl w:val="D8A4AA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72E1E"/>
    <w:multiLevelType w:val="hybridMultilevel"/>
    <w:tmpl w:val="C1E8660E"/>
    <w:lvl w:ilvl="0" w:tplc="24BC8888">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0251D"/>
    <w:multiLevelType w:val="multilevel"/>
    <w:tmpl w:val="99781F52"/>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B731CF"/>
    <w:multiLevelType w:val="hybridMultilevel"/>
    <w:tmpl w:val="E5906540"/>
    <w:lvl w:ilvl="0" w:tplc="24BC8888">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D4271"/>
    <w:multiLevelType w:val="hybridMultilevel"/>
    <w:tmpl w:val="3FC4A9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8278F"/>
    <w:multiLevelType w:val="hybridMultilevel"/>
    <w:tmpl w:val="C8D08C72"/>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836906"/>
    <w:multiLevelType w:val="hybridMultilevel"/>
    <w:tmpl w:val="D12C27DA"/>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325B25"/>
    <w:multiLevelType w:val="hybridMultilevel"/>
    <w:tmpl w:val="C2A6D5CA"/>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F3EE5"/>
    <w:multiLevelType w:val="multilevel"/>
    <w:tmpl w:val="69B6FE42"/>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9A4724"/>
    <w:multiLevelType w:val="hybridMultilevel"/>
    <w:tmpl w:val="D92E5C8C"/>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D5B82"/>
    <w:multiLevelType w:val="hybridMultilevel"/>
    <w:tmpl w:val="CCBE142A"/>
    <w:lvl w:ilvl="0" w:tplc="24BC888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5C0FBD"/>
    <w:multiLevelType w:val="multilevel"/>
    <w:tmpl w:val="5412A2D8"/>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010B6D"/>
    <w:multiLevelType w:val="hybridMultilevel"/>
    <w:tmpl w:val="AB4888AA"/>
    <w:lvl w:ilvl="0" w:tplc="24BC8888">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554987">
    <w:abstractNumId w:val="8"/>
  </w:num>
  <w:num w:numId="2" w16cid:durableId="244267717">
    <w:abstractNumId w:val="6"/>
  </w:num>
  <w:num w:numId="3" w16cid:durableId="1371566177">
    <w:abstractNumId w:val="5"/>
  </w:num>
  <w:num w:numId="4" w16cid:durableId="1400438955">
    <w:abstractNumId w:val="4"/>
  </w:num>
  <w:num w:numId="5" w16cid:durableId="652950127">
    <w:abstractNumId w:val="7"/>
  </w:num>
  <w:num w:numId="6" w16cid:durableId="2111778980">
    <w:abstractNumId w:val="3"/>
  </w:num>
  <w:num w:numId="7" w16cid:durableId="555316547">
    <w:abstractNumId w:val="2"/>
  </w:num>
  <w:num w:numId="8" w16cid:durableId="483280848">
    <w:abstractNumId w:val="1"/>
  </w:num>
  <w:num w:numId="9" w16cid:durableId="326790009">
    <w:abstractNumId w:val="0"/>
  </w:num>
  <w:num w:numId="10" w16cid:durableId="1760054470">
    <w:abstractNumId w:val="13"/>
  </w:num>
  <w:num w:numId="11" w16cid:durableId="688213400">
    <w:abstractNumId w:val="14"/>
  </w:num>
  <w:num w:numId="12" w16cid:durableId="1054814717">
    <w:abstractNumId w:val="21"/>
  </w:num>
  <w:num w:numId="13" w16cid:durableId="504437544">
    <w:abstractNumId w:val="18"/>
  </w:num>
  <w:num w:numId="14" w16cid:durableId="1657370191">
    <w:abstractNumId w:val="24"/>
  </w:num>
  <w:num w:numId="15" w16cid:durableId="1241137142">
    <w:abstractNumId w:val="27"/>
  </w:num>
  <w:num w:numId="16" w16cid:durableId="1259756468">
    <w:abstractNumId w:val="19"/>
  </w:num>
  <w:num w:numId="17" w16cid:durableId="1714499647">
    <w:abstractNumId w:val="15"/>
  </w:num>
  <w:num w:numId="18" w16cid:durableId="45376206">
    <w:abstractNumId w:val="16"/>
  </w:num>
  <w:num w:numId="19" w16cid:durableId="1886520116">
    <w:abstractNumId w:val="12"/>
  </w:num>
  <w:num w:numId="20" w16cid:durableId="1738935325">
    <w:abstractNumId w:val="22"/>
  </w:num>
  <w:num w:numId="21" w16cid:durableId="1069884751">
    <w:abstractNumId w:val="25"/>
  </w:num>
  <w:num w:numId="22" w16cid:durableId="2008904203">
    <w:abstractNumId w:val="20"/>
  </w:num>
  <w:num w:numId="23" w16cid:durableId="189805799">
    <w:abstractNumId w:val="9"/>
  </w:num>
  <w:num w:numId="24" w16cid:durableId="1597862882">
    <w:abstractNumId w:val="17"/>
  </w:num>
  <w:num w:numId="25" w16cid:durableId="1568228836">
    <w:abstractNumId w:val="26"/>
  </w:num>
  <w:num w:numId="26" w16cid:durableId="1194726698">
    <w:abstractNumId w:val="23"/>
  </w:num>
  <w:num w:numId="27" w16cid:durableId="423965573">
    <w:abstractNumId w:val="11"/>
  </w:num>
  <w:num w:numId="28" w16cid:durableId="240413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889"/>
    <w:rsid w:val="00034616"/>
    <w:rsid w:val="0006063C"/>
    <w:rsid w:val="00073D55"/>
    <w:rsid w:val="00105EC1"/>
    <w:rsid w:val="0015074B"/>
    <w:rsid w:val="001634A1"/>
    <w:rsid w:val="002264DB"/>
    <w:rsid w:val="0029639D"/>
    <w:rsid w:val="002E41E4"/>
    <w:rsid w:val="00326F90"/>
    <w:rsid w:val="0036761F"/>
    <w:rsid w:val="003A0244"/>
    <w:rsid w:val="003D79E7"/>
    <w:rsid w:val="004C4FC7"/>
    <w:rsid w:val="00597ECC"/>
    <w:rsid w:val="005A2441"/>
    <w:rsid w:val="006D37EF"/>
    <w:rsid w:val="0086356A"/>
    <w:rsid w:val="008829A5"/>
    <w:rsid w:val="008D10FE"/>
    <w:rsid w:val="00955363"/>
    <w:rsid w:val="009C4256"/>
    <w:rsid w:val="00AA1D8D"/>
    <w:rsid w:val="00B47730"/>
    <w:rsid w:val="00C97659"/>
    <w:rsid w:val="00CB0664"/>
    <w:rsid w:val="00DB2C67"/>
    <w:rsid w:val="00EF6D4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A08B26"/>
  <w14:defaultImageDpi w14:val="300"/>
  <w15:docId w15:val="{A1DBF26B-D4FE-5C46-9FE4-83309C81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2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C42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791</Words>
  <Characters>3705</Characters>
  <Application>Microsoft Office Word</Application>
  <DocSecurity>0</DocSecurity>
  <Lines>100</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Derrick McKenzie</cp:lastModifiedBy>
  <cp:revision>13</cp:revision>
  <dcterms:created xsi:type="dcterms:W3CDTF">2026-01-03T02:59:00Z</dcterms:created>
  <dcterms:modified xsi:type="dcterms:W3CDTF">2026-01-06T02:34:00Z</dcterms:modified>
  <cp:category/>
</cp:coreProperties>
</file>